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sectPr w:rsidR="00FC693F" w:rsidRPr="0006063C" w:rsidSect="00034616">
      <w:pgSz w:w="12240" w:h="15840"/>
      <w:pgMar w:top="1440" w:right="1800" w:bottom="1440" w:left="1800" w:header="720" w:footer="720" w:gutter="0"/>
      <w:cols w:space="720"/>
      <w:docGrid w:linePitch="360"/>
    </w:sectPr>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42"/>
        <w:gridCol w:w="4918"/>
      </w:tblGrid>
      <w:tr w:rsidR="00AF50D5">
        <w:tc>
          <w:tcPr>
            <w:tcW w:w="2373" w:type="pct"/>
            <w:tcBorders>
              <w:top w:val="nil"/>
              <w:left w:val="nil"/>
              <w:bottom w:val="nil"/>
              <w:right w:val="nil"/>
              <w:tl2br w:val="nil"/>
              <w:tr2bl w:val="nil"/>
            </w:tcBorders>
            <w:tcMar>
              <w:top w:w="0" w:type="dxa"/>
              <w:left w:w="0" w:type="dxa"/>
              <w:bottom w:w="0" w:type="dxa"/>
              <w:right w:w="0" w:type="dxa"/>
            </w:tcMar>
          </w:tcPr>
          <w:p w:rsidR="00AF50D5" w:rsidRDefault="00AF50D5">
            <w:pPr>
              <w:spacing w:before="120" w:after="280" w:afterAutospacing="1"/>
            </w:pPr>
            <w:r>
              <w:rPr>
                <w:b/>
                <w:bCs/>
              </w:rPr>
              <w:t xml:space="preserve">HỘ, CÁ NHÂN KINH DOANH: </w:t>
            </w:r>
            <w:r>
              <w:t>…..</w:t>
            </w:r>
          </w:p>
          <w:p w:rsidR="00AF50D5" w:rsidRDefault="00AF50D5">
            <w:pPr>
              <w:spacing w:before="120" w:after="280" w:afterAutospacing="1"/>
            </w:pPr>
            <w:r>
              <w:rPr>
                <w:b/>
                <w:bCs/>
              </w:rPr>
              <w:t xml:space="preserve">Địa chỉ: </w:t>
            </w:r>
            <w:r>
              <w:t>……………………………..</w:t>
            </w:r>
          </w:p>
          <w:p w:rsidR="00AF50D5" w:rsidRDefault="00AF50D5">
            <w:pPr>
              <w:spacing w:before="120"/>
            </w:pPr>
            <w:r>
              <w:rPr>
                <w:b/>
                <w:bCs/>
              </w:rPr>
              <w:t xml:space="preserve">Mã số thuế: </w:t>
            </w:r>
            <w:r>
              <w:t>………………………..</w:t>
            </w:r>
          </w:p>
        </w:tc>
        <w:tc>
          <w:tcPr>
            <w:tcW w:w="2627" w:type="pct"/>
            <w:tcBorders>
              <w:top w:val="nil"/>
              <w:left w:val="nil"/>
              <w:bottom w:val="nil"/>
              <w:right w:val="nil"/>
              <w:tl2br w:val="nil"/>
              <w:tr2bl w:val="nil"/>
            </w:tcBorders>
            <w:tcMar>
              <w:top w:w="0" w:type="dxa"/>
              <w:left w:w="0" w:type="dxa"/>
              <w:bottom w:w="0" w:type="dxa"/>
              <w:right w:w="0" w:type="dxa"/>
            </w:tcMar>
          </w:tcPr>
          <w:p w:rsidR="00AF50D5" w:rsidRDefault="00AF50D5">
            <w:pPr>
              <w:spacing w:before="120"/>
              <w:jc w:val="center"/>
            </w:pPr>
            <w:r>
              <w:rPr>
                <w:b/>
                <w:bCs/>
              </w:rPr>
              <w:t>Mẫu số S2c-HKD</w:t>
            </w:r>
            <w:r>
              <w:rPr>
                <w:b/>
                <w:bCs/>
              </w:rPr>
              <w:br/>
            </w:r>
            <w:r>
              <w:rPr>
                <w:i/>
                <w:iCs/>
              </w:rPr>
              <w:t>(Kèm theo Thông tư số 152/2025/TT-BTC ngày 31 tháng 12 năm 2025 của Bộ trưởng Bộ Tài chính)</w:t>
            </w:r>
          </w:p>
        </w:tc>
      </w:tr>
    </w:tbl>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39"/>
        <w:gridCol w:w="1351"/>
        <w:gridCol w:w="5478"/>
        <w:gridCol w:w="1512"/>
      </w:tblGrid>
      <w:tr w:rsidR="00662206" w:rsidTr="00662206">
        <w:tc>
          <w:tcPr>
            <w:tcW w:w="1274"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rPr>
                <w:b/>
                <w:bCs/>
              </w:rPr>
              <w:t>Chứng từ</w:t>
            </w:r>
          </w:p>
        </w:tc>
        <w:tc>
          <w:tcPr>
            <w:tcW w:w="292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rPr>
                <w:b/>
                <w:bCs/>
              </w:rPr>
              <w:t>Diễn giải</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rPr>
                <w:b/>
                <w:bCs/>
              </w:rPr>
              <w:t>Số tiền</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rPr>
                <w:b/>
                <w:bCs/>
              </w:rPr>
              <w:t>Số hiệu</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rPr>
                <w:b/>
                <w:bCs/>
              </w:rPr>
              <w:t>Ngày, tháng</w:t>
            </w:r>
          </w:p>
        </w:tc>
        <w:tc>
          <w:tcPr>
            <w:tcW w:w="0" w:type="auto"/>
            <w:tcBorders>
              <w:top w:val="single" w:sz="8" w:space="0" w:color="auto"/>
              <w:left w:val="single" w:sz="8" w:space="0" w:color="auto"/>
              <w:bottom w:val="nil"/>
              <w:right w:val="nil"/>
              <w:tl2br w:val="nil"/>
              <w:tr2bl w:val="nil"/>
            </w:tcBorders>
            <w:vAlign w:val="center"/>
          </w:tcPr>
          <w:p w:rsidR="00AF50D5" w:rsidRDefault="00AF50D5">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vAlign w:val="center"/>
          </w:tcPr>
          <w:p w:rsidR="00AF50D5" w:rsidRDefault="00AF50D5">
            <w:pPr>
              <w:spacing w:before="120"/>
              <w:jc w:val="center"/>
            </w:pP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A</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B</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C</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1</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1. Doanh thu bán hàng hóa, dịch vụ</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2. Chi phí hợp lý</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a) Chi phí nguyên liệu, vật liệu, nhiên liệu, năng lượng, hàng hóa sử dụng vào sản xuất, kinh doanh.</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b) Chi phí tiền lương, tiền công, các khoản phụ cấp, bảo hiểm bắt buộc và các khoản chi trả cho người lao động có đóng bảo hiểm bắt buộc theo quy định; chi phí tiền lương, tiền công, các khoản phụ cấp và các khoản chi trả cho người lao động dưới 01 tháng.</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c) Chi phí khấu hao tài sản cố định phục vụ cho hoạt động sản xuất, kinh doanh theo chế độ quản lý, sử dụng và trích khấu hao tài sản cố định (nếu có).</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d) Chi phí dịch vụ mua ngoài như điện, nước, điện thoại, internet, vận chuyển, thuê tài sản, sửa chữa, bảo dưỡng.</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 xml:space="preserve">d) Chi phí trả lãi tiền vay vốn sản xuất, kinh doanh của tổ chức tín dụng theo lãi suất thực tế. Chi phí trả lãi tiền vay vốn sản xuất, kinh doanh của đối tượng không phải là tổ chức tín dụng không vượt quá mức quy định tại </w:t>
            </w:r>
            <w:bookmarkStart w:id="25" w:name="tvpllink_tdtlmjgmpe"/>
            <w:r>
              <w:t>Bộ luật Dân sự</w:t>
            </w:r>
            <w:bookmarkEnd w:id="25"/>
            <w:r>
              <w:t>.</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e) Các khoản chi khác phục vụ trực tiếp hoạt động sản xuất, kinh doanh...</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3. Chênh lệch {(3) = (1) - (2)}</w:t>
            </w:r>
          </w:p>
        </w:tc>
        <w:tc>
          <w:tcPr>
            <w:tcW w:w="80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r w:rsidR="00AF50D5">
        <w:tblPrEx>
          <w:tblBorders>
            <w:top w:val="none" w:sz="0" w:space="0" w:color="auto"/>
            <w:bottom w:val="none" w:sz="0" w:space="0" w:color="auto"/>
            <w:insideH w:val="none" w:sz="0" w:space="0" w:color="auto"/>
            <w:insideV w:val="none" w:sz="0" w:space="0" w:color="auto"/>
          </w:tblBorders>
        </w:tblPrEx>
        <w:tc>
          <w:tcPr>
            <w:tcW w:w="5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72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c>
          <w:tcPr>
            <w:tcW w:w="292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F50D5" w:rsidRDefault="00AF50D5">
            <w:pPr>
              <w:spacing w:before="120"/>
            </w:pPr>
            <w:r>
              <w:t>4. Tổng số thuế TNCN phải nộp {(4) = (3) x thuế suất}</w:t>
            </w:r>
          </w:p>
        </w:tc>
        <w:tc>
          <w:tcPr>
            <w:tcW w:w="80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F50D5" w:rsidRDefault="00AF50D5">
            <w:pPr>
              <w:spacing w:before="120"/>
              <w:jc w:val="center"/>
            </w:pPr>
            <w:r>
              <w:t> </w:t>
            </w:r>
          </w:p>
        </w:tc>
      </w:tr>
    </w:tbl>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AF50D5">
        <w:tc>
          <w:tcPr>
            <w:tcW w:w="4428" w:type="dxa"/>
            <w:tcBorders>
              <w:top w:val="nil"/>
              <w:left w:val="nil"/>
              <w:bottom w:val="nil"/>
              <w:right w:val="nil"/>
              <w:tl2br w:val="nil"/>
              <w:tr2bl w:val="nil"/>
            </w:tcBorders>
            <w:tcMar>
              <w:top w:w="0" w:type="dxa"/>
              <w:left w:w="108" w:type="dxa"/>
              <w:bottom w:w="0" w:type="dxa"/>
              <w:right w:w="108" w:type="dxa"/>
            </w:tcMar>
          </w:tcPr>
          <w:p w:rsidR="00AF50D5" w:rsidRDefault="00AF50D5">
            <w:pPr>
              <w:spacing w:before="120"/>
            </w:pPr>
            <w:r>
              <w:t> </w:t>
            </w:r>
          </w:p>
        </w:tc>
        <w:tc>
          <w:tcPr>
            <w:tcW w:w="4428" w:type="dxa"/>
            <w:tcBorders>
              <w:top w:val="nil"/>
              <w:left w:val="nil"/>
              <w:bottom w:val="nil"/>
              <w:right w:val="nil"/>
              <w:tl2br w:val="nil"/>
              <w:tr2bl w:val="nil"/>
            </w:tcBorders>
            <w:tcMar>
              <w:top w:w="0" w:type="dxa"/>
              <w:left w:w="108" w:type="dxa"/>
              <w:bottom w:w="0" w:type="dxa"/>
              <w:right w:w="108" w:type="dxa"/>
            </w:tcMar>
          </w:tcPr>
          <w:p w:rsidR="00AF50D5" w:rsidRDefault="00AF50D5">
            <w:pPr>
              <w:spacing w:before="120"/>
              <w:jc w:val="center"/>
            </w:pPr>
            <w:r>
              <w:rPr>
                <w:i/>
                <w:iCs/>
              </w:rPr>
              <w:t>Ngày ... tháng ... năm ...</w:t>
            </w:r>
            <w:r>
              <w:rPr>
                <w:i/>
                <w:iCs/>
              </w:rPr>
              <w:br/>
            </w:r>
            <w:r>
              <w:rPr>
                <w:b/>
                <w:bCs/>
              </w:rPr>
              <w:t xml:space="preserve">NGƯỜI ĐẠI DIỆN HỘ KINH DOANH/ </w:t>
            </w:r>
            <w:r>
              <w:rPr>
                <w:b/>
                <w:bCs/>
              </w:rPr>
              <w:br/>
              <w:t>CÁ NHÂN KINH DOANH</w:t>
            </w:r>
            <w:r>
              <w:rPr>
                <w:i/>
                <w:iCs/>
              </w:rPr>
              <w:br/>
              <w:t>(Ký, ghi rõ họ tên và đóng dấu (nếu có))</w:t>
            </w:r>
          </w:p>
        </w:tc>
      </w:tr>
    </w:tbl>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