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2"/>
        <w:gridCol w:w="4918"/>
      </w:tblGrid>
      <w:tr w:rsidR="00AF50D5">
        <w:tc>
          <w:tcPr>
            <w:tcW w:w="23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0D5" w:rsidRDefault="00AF50D5">
            <w:pPr>
              <w:spacing w:before="120" w:after="280" w:afterAutospacing="1"/>
            </w:pPr>
            <w:r>
              <w:rPr>
                <w:b/>
                <w:bCs/>
              </w:rPr>
              <w:t xml:space="preserve">HỘ, CÁ NHÂN KINH DOANH: </w:t>
            </w:r>
            <w:r>
              <w:t>…..</w:t>
            </w:r>
          </w:p>
          <w:p w:rsidR="00AF50D5" w:rsidRDefault="00AF50D5">
            <w:pPr>
              <w:spacing w:before="120" w:after="280" w:afterAutospacing="1"/>
            </w:pPr>
            <w:r>
              <w:rPr>
                <w:b/>
                <w:bCs/>
              </w:rPr>
              <w:t xml:space="preserve">Địa chỉ: </w:t>
            </w:r>
            <w:r>
              <w:t>……………………………..</w:t>
            </w:r>
          </w:p>
          <w:p w:rsidR="00AF50D5" w:rsidRDefault="00AF50D5">
            <w:pPr>
              <w:spacing w:before="120"/>
            </w:pPr>
            <w:r>
              <w:rPr>
                <w:b/>
                <w:bCs/>
              </w:rPr>
              <w:t xml:space="preserve">Mã số thuế: </w:t>
            </w:r>
            <w:r>
              <w:t>………………………..</w:t>
            </w:r>
          </w:p>
        </w:tc>
        <w:tc>
          <w:tcPr>
            <w:tcW w:w="26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Mẫu số S2b-HKD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(Kèm theo Thông tư số 152/2025/TT-BTC ngày 31 tháng 12 năm 2025 của Bộ trưởng Bộ Tài chính)</w:t>
            </w:r>
          </w:p>
        </w:tc>
      </w:tr>
    </w:tbl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"/>
        <w:gridCol w:w="1077"/>
        <w:gridCol w:w="4493"/>
        <w:gridCol w:w="2891"/>
      </w:tblGrid>
      <w:tr w:rsidR="00662206" w:rsidTr="00662206">
        <w:tc>
          <w:tcPr>
            <w:tcW w:w="1064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Chứng từ</w:t>
            </w:r>
          </w:p>
        </w:tc>
        <w:tc>
          <w:tcPr>
            <w:tcW w:w="239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Diễn giải</w:t>
            </w:r>
          </w:p>
        </w:tc>
        <w:tc>
          <w:tcPr>
            <w:tcW w:w="15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Số tiền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Số hiệu</w:t>
            </w:r>
          </w:p>
        </w:tc>
        <w:tc>
          <w:tcPr>
            <w:tcW w:w="5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Ngày, tháng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i/>
                <w:iCs/>
              </w:rPr>
              <w:t>A</w:t>
            </w:r>
          </w:p>
        </w:tc>
        <w:tc>
          <w:tcPr>
            <w:tcW w:w="5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i/>
                <w:iCs/>
              </w:rPr>
              <w:t>B</w:t>
            </w:r>
          </w:p>
        </w:tc>
        <w:tc>
          <w:tcPr>
            <w:tcW w:w="2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i/>
                <w:iCs/>
              </w:rPr>
              <w:t>C</w:t>
            </w:r>
          </w:p>
        </w:tc>
        <w:tc>
          <w:tcPr>
            <w:tcW w:w="15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i/>
                <w:iCs/>
              </w:rPr>
              <w:t>1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1. Ngành nghề ....</w:t>
            </w:r>
          </w:p>
        </w:tc>
        <w:tc>
          <w:tcPr>
            <w:tcW w:w="15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….</w:t>
            </w:r>
          </w:p>
        </w:tc>
        <w:tc>
          <w:tcPr>
            <w:tcW w:w="15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Tổng cộng (1)</w:t>
            </w:r>
          </w:p>
        </w:tc>
        <w:tc>
          <w:tcPr>
            <w:tcW w:w="15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Thuế GTGT</w:t>
            </w:r>
          </w:p>
        </w:tc>
        <w:tc>
          <w:tcPr>
            <w:tcW w:w="15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2. Ngành nghề....</w:t>
            </w:r>
          </w:p>
        </w:tc>
        <w:tc>
          <w:tcPr>
            <w:tcW w:w="15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….</w:t>
            </w:r>
          </w:p>
        </w:tc>
        <w:tc>
          <w:tcPr>
            <w:tcW w:w="15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Tổng cộng (2)</w:t>
            </w:r>
          </w:p>
        </w:tc>
        <w:tc>
          <w:tcPr>
            <w:tcW w:w="154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Thuế GTGT</w:t>
            </w:r>
          </w:p>
        </w:tc>
        <w:tc>
          <w:tcPr>
            <w:tcW w:w="15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3. Ngành nghề....</w:t>
            </w:r>
          </w:p>
        </w:tc>
        <w:tc>
          <w:tcPr>
            <w:tcW w:w="1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…</w:t>
            </w:r>
          </w:p>
        </w:tc>
        <w:tc>
          <w:tcPr>
            <w:tcW w:w="1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Tổng cộng (3)</w:t>
            </w:r>
          </w:p>
        </w:tc>
        <w:tc>
          <w:tcPr>
            <w:tcW w:w="1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Thuế GTGT</w:t>
            </w:r>
          </w:p>
        </w:tc>
        <w:tc>
          <w:tcPr>
            <w:tcW w:w="1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4. Ngành nghề ....</w:t>
            </w:r>
          </w:p>
        </w:tc>
        <w:tc>
          <w:tcPr>
            <w:tcW w:w="1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….</w:t>
            </w:r>
          </w:p>
        </w:tc>
        <w:tc>
          <w:tcPr>
            <w:tcW w:w="1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Tổng cộng (4)</w:t>
            </w:r>
          </w:p>
        </w:tc>
        <w:tc>
          <w:tcPr>
            <w:tcW w:w="1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Thuế GTGT</w:t>
            </w:r>
          </w:p>
        </w:tc>
        <w:tc>
          <w:tcPr>
            <w:tcW w:w="1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5. Ngành nghề....</w:t>
            </w:r>
          </w:p>
        </w:tc>
        <w:tc>
          <w:tcPr>
            <w:tcW w:w="1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…</w:t>
            </w:r>
          </w:p>
        </w:tc>
        <w:tc>
          <w:tcPr>
            <w:tcW w:w="1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Tổng cộng (5)</w:t>
            </w:r>
          </w:p>
        </w:tc>
        <w:tc>
          <w:tcPr>
            <w:tcW w:w="1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Thuế GTGT</w:t>
            </w:r>
          </w:p>
        </w:tc>
        <w:tc>
          <w:tcPr>
            <w:tcW w:w="1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39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rPr>
                <w:b/>
                <w:bCs/>
              </w:rPr>
              <w:t>Tổng số thuế GTGT phải nộp</w:t>
            </w:r>
          </w:p>
        </w:tc>
        <w:tc>
          <w:tcPr>
            <w:tcW w:w="1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</w:tbl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AF50D5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D5" w:rsidRDefault="00AF50D5">
            <w:pPr>
              <w:spacing w:before="120"/>
            </w:pPr>
            <w:r>
              <w:t> 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D5" w:rsidRDefault="00AF50D5">
            <w:pPr>
              <w:spacing w:before="120"/>
              <w:jc w:val="center"/>
            </w:pPr>
            <w:r>
              <w:rPr>
                <w:i/>
                <w:iCs/>
              </w:rPr>
              <w:t>Ngày ... tháng ... năm ...</w:t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NGƯỜI ĐẠI DIỆN HỘ KINH DOANH/ CÁ NHÂN KINH DOANH</w:t>
            </w:r>
            <w:r>
              <w:rPr>
                <w:i/>
                <w:iCs/>
              </w:rPr>
              <w:br/>
              <w:t>(Ký, ghi rõ họ tên và đóng dấu (nếu có))</w:t>
            </w:r>
          </w:p>
        </w:tc>
      </w:tr>
    </w:tbl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