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4918"/>
      </w:tblGrid>
      <w:tr w:rsidR="00AF50D5">
        <w:tc>
          <w:tcPr>
            <w:tcW w:w="23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HỘ, CÁ NHÂN KINH DOANH: </w:t>
            </w:r>
            <w:r>
              <w:t>…..</w:t>
            </w:r>
          </w:p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Địa chỉ: </w:t>
            </w:r>
            <w:r>
              <w:t>……………………………..</w:t>
            </w:r>
          </w:p>
          <w:p w:rsidR="00AF50D5" w:rsidRDefault="00AF50D5">
            <w:pPr>
              <w:spacing w:before="120"/>
            </w:pPr>
            <w:r>
              <w:rPr>
                <w:b/>
                <w:bCs/>
              </w:rPr>
              <w:t xml:space="preserve">Mã số thuế: </w:t>
            </w:r>
            <w:r>
              <w:t>………………………..</w:t>
            </w:r>
          </w:p>
        </w:tc>
        <w:tc>
          <w:tcPr>
            <w:tcW w:w="26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Mẫu số S2a-HKD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(Kèm theo Thông tư số 152/2025/TT-BTC ngày 31 tháng 12 năm 2025 của Bộ trưởng Bộ Tài chính)</w:t>
            </w:r>
          </w:p>
        </w:tc>
      </w:tr>
    </w:tbl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1229"/>
        <w:gridCol w:w="3328"/>
        <w:gridCol w:w="3880"/>
      </w:tblGrid>
      <w:tr w:rsidR="00662206" w:rsidTr="00662206">
        <w:tc>
          <w:tcPr>
            <w:tcW w:w="115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Chứng từ</w:t>
            </w:r>
          </w:p>
        </w:tc>
        <w:tc>
          <w:tcPr>
            <w:tcW w:w="177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Diễn giải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tiền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hiệu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Ngày, tháng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A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B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C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1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1. Ngành nghề ....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…..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(1)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TNCN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2. Ngành nghề....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…..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(2)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TNCN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3. Ngành nghề ....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…..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Tổng cộng (3)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GTGT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Thuế TNCN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Tổng số thuế GTGT phải nộp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77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Tổng số thuế TNCN phải nộp</w:t>
            </w:r>
          </w:p>
        </w:tc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</w:tbl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F50D5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Ngày ... tháng ... năm ...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NGƯỜI ĐẠI DIỆN HỘ KINH DOANH/ CÁ NHÂN KINH DOANH</w:t>
            </w:r>
            <w:r>
              <w:rPr>
                <w:i/>
                <w:iCs/>
              </w:rPr>
              <w:br/>
              <w:t>(Ký, ghi rõ họ tên và đóng dấu (nếu có))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